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Zhanybek Mamataliev</w:t>
      </w:r>
    </w:p>
    <w:p>
      <w:r>
        <w:t>Senior DevOps/SRE &amp; MLOps Engineer</w:t>
        <w:br/>
        <w:t>Brownsville, TX | mamatalievz@pm.me</w:t>
        <w:br/>
        <w:t>LinkedIn: linkedin.com/in/zhanybek-mamataliev-217825290 | GitHub: github.com/texasich</w:t>
      </w:r>
    </w:p>
    <w:p>
      <w:pPr>
        <w:pStyle w:val="Heading1"/>
      </w:pPr>
      <w:r>
        <w:t>Professional Summary</w:t>
      </w:r>
    </w:p>
    <w:p>
      <w:r>
        <w:t>Senior DevOps/SRE Engineer with 14+ years building cloud platforms, CI/CD systems, and Kubernetes operating models across AWS, Azure, and GCP. Recent work: zero-downtime Nexus Repository/IQ migration for ~5,000 applications, AWS CodePipeline and CodeBuild templates that cut deployment lead time by 40%, multi-cloud migrations for 20+ applications, and compliant platform automation with Terraform, CloudFormation, ArgoCD, SonarQube, Splunk, and Kubernetes.</w:t>
      </w:r>
    </w:p>
    <w:p>
      <w:pPr>
        <w:pStyle w:val="Heading1"/>
      </w:pPr>
      <w:r>
        <w:t>Selected Open-Source Contribution</w:t>
      </w:r>
    </w:p>
    <w:p>
      <w:r>
        <w:rPr>
          <w:b/>
        </w:rPr>
        <w:t>NousResearch/hermes-agent #81029 -- Gateway session-serialization reliability fix</w:t>
      </w:r>
    </w:p>
    <w:p>
      <w:r>
        <w:t>Authored the fail-closed design, configuration surface, dispatch wiring, and tests that prevent timed-out gateway turns from bypassing session leases and writing concurrently to transcripts. Maintainers accepted all three commits upstream with preserved authorship through a salvage of PR #80376.</w:t>
      </w:r>
    </w:p>
    <w:p>
      <w:r>
        <w:t>Merged upstream | Aug 2026 | https://github.com/NousResearch/hermes-agent/pull/81029</w:t>
      </w:r>
    </w:p>
    <w:p>
      <w:pPr>
        <w:pStyle w:val="Heading1"/>
      </w:pPr>
      <w:r>
        <w:t>Experience</w:t>
      </w:r>
    </w:p>
    <w:p>
      <w:r>
        <w:rPr>
          <w:b/>
        </w:rPr>
        <w:t>Senior Staff DevOps Engineer -- Cognizant (Sep 2019 – Present)</w:t>
      </w:r>
    </w:p>
    <w:p>
      <w:pPr>
        <w:pStyle w:val="ListBullet"/>
      </w:pPr>
      <w:r>
        <w:t>Led zero-downtime migration of Nexus Repository and Nexus IQ to AWS for ~5,000 applications with checksum-validated artifact integrity</w:t>
      </w:r>
    </w:p>
    <w:p>
      <w:pPr>
        <w:pStyle w:val="ListBullet"/>
      </w:pPr>
      <w:r>
        <w:t>Built AWS CodePipeline and CodeBuild templates with SonarQube and Nexus IQ gates for 50+ microservices, reducing deployment lead time by 40%</w:t>
      </w:r>
    </w:p>
    <w:p>
      <w:pPr>
        <w:pStyle w:val="ListBullet"/>
      </w:pPr>
      <w:r>
        <w:t>Converted manual UDeploy release steps into compliant multi-environment promotion workflows with artifact tracking and rollback points</w:t>
      </w:r>
    </w:p>
    <w:p>
      <w:pPr>
        <w:pStyle w:val="ListBullet"/>
      </w:pPr>
      <w:r>
        <w:t>Migrated 20+ applications from on-premise to hybrid AWS, Azure, and GCP</w:t>
      </w:r>
    </w:p>
    <w:p>
      <w:pPr>
        <w:pStyle w:val="ListBullet"/>
      </w:pPr>
      <w:r>
        <w:t>Provisioned GraphQL and API platform infrastructure with Terraform and CloudFormation for critical API services</w:t>
      </w:r>
    </w:p>
    <w:p>
      <w:pPr>
        <w:pStyle w:val="ListBullet"/>
      </w:pPr>
      <w:r>
        <w:t>Designed VPC baselines with public/private subnets, NAT gateways, bastion hosts, route tables, and security groups</w:t>
      </w:r>
    </w:p>
    <w:p>
      <w:pPr>
        <w:pStyle w:val="ListBullet"/>
      </w:pPr>
      <w:r>
        <w:t>Managed AWS services across EC2, S3, Redshift, Lambda, RDS, EBS, ELB, Auto Scaling, SNS, and CloudFormation</w:t>
      </w:r>
    </w:p>
    <w:p>
      <w:pPr>
        <w:pStyle w:val="ListBullet"/>
      </w:pPr>
      <w:r>
        <w:t>Standardized Kubernetes delivery across EKS, GKE, AKS, and local datacenters with Helm, ArgoCD, RBAC, network policies, and storage integrations</w:t>
      </w:r>
    </w:p>
    <w:p>
      <w:pPr>
        <w:pStyle w:val="ListBullet"/>
      </w:pPr>
      <w:r>
        <w:t>Standardized Splunk Universal Forwarder deployment and maintenance across Linux and Windows fleets</w:t>
      </w:r>
    </w:p>
    <w:p>
      <w:pPr>
        <w:pStyle w:val="ListBullet"/>
      </w:pPr>
      <w:r>
        <w:t>Supported MLOps workloads with MLflow, Docker, ECR, and model registry workflows</w:t>
      </w:r>
    </w:p>
    <w:p>
      <w:r>
        <w:rPr>
          <w:b/>
        </w:rPr>
        <w:t>Senior DevOps Engineer -- EPAM Systems (Nov 2018 – Sep 2019)</w:t>
      </w:r>
    </w:p>
    <w:p>
      <w:pPr>
        <w:pStyle w:val="ListBullet"/>
      </w:pPr>
      <w:r>
        <w:t>Configured Kubernetes clusters and custom Helm charts to standardize application deployment</w:t>
      </w:r>
    </w:p>
    <w:p>
      <w:pPr>
        <w:pStyle w:val="ListBullet"/>
      </w:pPr>
      <w:r>
        <w:t>Managed Ansible and Terraform infrastructure as code for consistent environment provisioning</w:t>
      </w:r>
    </w:p>
    <w:p>
      <w:pPr>
        <w:pStyle w:val="ListBullet"/>
      </w:pPr>
      <w:r>
        <w:t>Built continuous delivery pipelines and alerting for incident response</w:t>
      </w:r>
    </w:p>
    <w:p>
      <w:pPr>
        <w:pStyle w:val="ListBullet"/>
      </w:pPr>
      <w:r>
        <w:t>Isolated applications with namespaces and used performance analysis to tune service architecture</w:t>
      </w:r>
    </w:p>
    <w:p>
      <w:r>
        <w:rPr>
          <w:b/>
        </w:rPr>
        <w:t>Systems Engineer -- NDA Asset Management (Jul 2015 – Nov 2018)</w:t>
      </w:r>
    </w:p>
    <w:p>
      <w:pPr>
        <w:pStyle w:val="ListBullet"/>
      </w:pPr>
      <w:r>
        <w:t>Built Terraform modules for AWS infrastructure, reducing setup time by 60%</w:t>
      </w:r>
    </w:p>
    <w:p>
      <w:pPr>
        <w:pStyle w:val="ListBullet"/>
      </w:pPr>
      <w:r>
        <w:t>Managed Ansible playbooks across 100+ servers for configuration enforcement and patch management</w:t>
      </w:r>
    </w:p>
    <w:p>
      <w:pPr>
        <w:pStyle w:val="ListBullet"/>
      </w:pPr>
      <w:r>
        <w:t>Automated build/deployment with Jenkins, eliminating 70% manual configuration</w:t>
      </w:r>
    </w:p>
    <w:p>
      <w:pPr>
        <w:pStyle w:val="ListBullet"/>
      </w:pPr>
      <w:r>
        <w:t>Built Jenkins and Ansible testing/deployment pipelines for same-day releases</w:t>
      </w:r>
    </w:p>
    <w:p>
      <w:pPr>
        <w:pStyle w:val="ListBullet"/>
      </w:pPr>
      <w:r>
        <w:t>Configured AWS monitoring with Nagios and Datadog</w:t>
      </w:r>
    </w:p>
    <w:p>
      <w:r>
        <w:rPr>
          <w:b/>
        </w:rPr>
        <w:t>Systems Engineer -- InterPol (Apr 2012 – May 2015)</w:t>
      </w:r>
    </w:p>
    <w:p>
      <w:pPr>
        <w:pStyle w:val="ListBullet"/>
      </w:pPr>
      <w:r>
        <w:t>Monitored and optimized application performance for criminal intelligence queries</w:t>
      </w:r>
    </w:p>
    <w:p>
      <w:pPr>
        <w:pStyle w:val="ListBullet"/>
      </w:pPr>
      <w:r>
        <w:t>Applied security patches aligned with INTERPOL Global IT Security Standards</w:t>
      </w:r>
    </w:p>
    <w:p>
      <w:pPr>
        <w:pStyle w:val="ListBullet"/>
      </w:pPr>
      <w:r>
        <w:t>Managed RBAC and identity management</w:t>
      </w:r>
    </w:p>
    <w:p>
      <w:pPr>
        <w:pStyle w:val="ListBullet"/>
      </w:pPr>
      <w:r>
        <w:t>Collaborated on vulnerability scanning and remediation</w:t>
      </w:r>
    </w:p>
    <w:p>
      <w:pPr>
        <w:pStyle w:val="ListBullet"/>
      </w:pPr>
      <w:r>
        <w:t>Integrated regional web tools into I-24/7 global communication system</w:t>
      </w:r>
    </w:p>
    <w:p>
      <w:pPr>
        <w:pStyle w:val="Heading1"/>
      </w:pPr>
      <w:r>
        <w:t>Core Skills</w:t>
      </w:r>
    </w:p>
    <w:p>
      <w:r>
        <w:rPr>
          <w:b/>
        </w:rPr>
        <w:t xml:space="preserve">Cloud Platforms: </w:t>
      </w:r>
      <w:r>
        <w:t>AWS, Azure, GCP, EC2, S3, VPC, EBS, IAM, RDS, CloudWatch, CodePipeline</w:t>
      </w:r>
    </w:p>
    <w:p>
      <w:r>
        <w:rPr>
          <w:b/>
        </w:rPr>
        <w:t xml:space="preserve">Containerization: </w:t>
      </w:r>
      <w:r>
        <w:t>Docker, Kubernetes, OpenShift, EKS, AKS, GKE, Helm</w:t>
      </w:r>
    </w:p>
    <w:p>
      <w:r>
        <w:rPr>
          <w:b/>
        </w:rPr>
        <w:t xml:space="preserve">Infrastructure as Code: </w:t>
      </w:r>
      <w:r>
        <w:t>Terraform, AWS CloudFormation, Azure Resource Manager, Ansible, Puppet, Chef</w:t>
      </w:r>
    </w:p>
    <w:p>
      <w:r>
        <w:rPr>
          <w:b/>
        </w:rPr>
        <w:t xml:space="preserve">CI/CD &amp; Automation: </w:t>
      </w:r>
      <w:r>
        <w:t>Jenkins, Azure DevOps, GitLab CI, ArgoCD, Flux, Harness, GitHub Actions, AWS CodePipeline, AWS CodeBuild, Nexus Repo, Nexus IQ, UDeploy</w:t>
      </w:r>
    </w:p>
    <w:p>
      <w:r>
        <w:rPr>
          <w:b/>
        </w:rPr>
        <w:t xml:space="preserve">Monitoring &amp; Security: </w:t>
      </w:r>
      <w:r>
        <w:t>Prometheus, Grafana, Datadog, ELK Stack, Nagios, Dynatrace, Trivy, Snyk, SonarQube, Splunk, OPA Gatekeeper</w:t>
      </w:r>
    </w:p>
    <w:p>
      <w:r>
        <w:rPr>
          <w:b/>
        </w:rPr>
        <w:t xml:space="preserve">MLOps: </w:t>
      </w:r>
      <w:r>
        <w:t>MLflow, Docker, ECR, Model Registry, Pipeline Orchestration</w:t>
      </w:r>
    </w:p>
    <w:p>
      <w:r>
        <w:rPr>
          <w:b/>
        </w:rPr>
        <w:t xml:space="preserve">Languages &amp; Scripting: </w:t>
      </w:r>
      <w:r>
        <w:t>Python, Bash, YAML, HCL, JSON, SQL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